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סידור מילים למשפטים וסידור אותיות למילים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מילים מבולבלות למשפט תקין והגיוני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משפט שסודר נכון מתוך כמה 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אותיות מבולבלות ולקבל מילה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איזה משפט מסודר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אני אוהב לשחק בכדור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היא קוראת ספר מעניין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סדרו את האותיות וכתבו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בין המילה המבולבלת למילה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(כלב)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המילים למשפט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ותרגול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המקורי הגיוני ותקין מבחינה דקדוקית; המילים המבולבלות הן אותן מילים בסדר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המילה קיימת ונכונה; גרסת האותיות המבולבלות כוללת את כל אותן אותיות בסדר 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אני קורא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שהמשפט הגיוני, שכל המילים נמצאות, ושיש סימן סיום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בדף כחימום בתחילת שיעור של כמה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בזוגות: אחד/אחת מבלבל/ת מילים או אותיות, השני/ה מסדר/ת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ברמז רק אחרי ניסיון עצמאי ראשון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סידור מילים למשפטים וסידור אותיות למילים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תתרגלו סידור מילים למשפטים שלמים, וגם סידור אותיות בתוך מילה. חשוב לשים לב לסדר הנכון ולמשמעות המשפט.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ספר  ·  ילד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איזה משפט מסודר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משפט מסודר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לשחק אוהב אני בכדור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אני אוהב לשחק בכדור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בכדור לשחק אוהב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משפט מסודר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קוראת היא ספר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ספר היא קוראת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היא קוראת ספר מעניין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סדרו את האותיות וכתבו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סדרו את האותיות: ל-ד-י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סדרו את האותיות: ר-פ-ס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בין המילה המבולבלת למילה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נ-ג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ג-ד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צ-ע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ב-ל-כ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סדרו את המילים למשפט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אנחנו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לומדים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ותרגול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קצר משלכם (3-4 מילים), ואז כתבו אותו שוב כשהמילים מבולבלות. בקשו מחבר או מחברה לסדר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בחרו מילה בת 4 אותיות לפחות. כתבו אותה פעם אחת בסדר נכון ופעם אחת כשהאותיות מבולבלות.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הסדר הנכון של המילים: ספר / אני / קורא?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סדרו את האותיות ר-ו-פ-ס לקבלת מילה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סידור מילים למשפטים וסידור אותיות למילים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