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סידור מילים למשפטים וסידור אותיות למילים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מילים מבולבלות למשפט תקין והגיוני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שסודר נכון מתוך כמה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אותיות מבולבלות ולקבל מילה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משפט מסודר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 אוהב לשחק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קוראת ספר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הילדים משחקים בחצר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בכיתה אנחנו לומדים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החתול ישן על השטיח הרך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האותיות וכתבו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המילה המבולבלת למילה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המקורי הגיוני ותקין מבחינה דקדוקית; המילים המבולבלות הן אותן מילים בסדר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המילה קיימת ונכונה; גרסת האותיות המבולבלות כוללת את כל אותן אותיות בסדר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אני קורא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שהמשפט הגיוני, שכל המילים נמצאות, ושיש סימן סיום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כחימום בתחילת שיעור של כמה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בזוגות: אחד/אחת מבלבל/ת מילים או אותיות, השני/ה מסדר/ת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ברמז רק אחרי ניסיון עצמאי ראשון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סידור מילים למשפטים וסידור אותיות למילים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סידור מילים למשפטים שלמים, וגם סידור אותיות בתוך מילה. חשוב לשים לב לסדר הנכון ולמשמעות המשפט.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איזה משפט מסודר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אוהב אני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אוהב לשחק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בכדור לשחק אוהב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 בכדור אני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קוראת היא ספר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היא קוראת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קוראת ספר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מעניין היא ספר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 משחקים בחצר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בחצר הילדים בהפסקה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בהפסקה הילדים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בהפסקה משחקים בחצר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 עברית לומדים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בכיתה אנחנו לומדים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לומדים אנחנו בכיתה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עברית בכיתה אנחנו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החתול ישן על השטיח הרך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השטיח הרך ישן החתול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הרך השטיח על ישן החתול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 החתול הרך על השטיח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סדרו את האותיות וכתבו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סדרו את האותיות: ל-ד-י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סדרו את האותיות: ר-פ-ס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סדרו את האותיות: ת-י-ב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סדרו את האותיות: ד-ר-ו-כ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סדרו את האותיות: ל-ח-ו-ת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סדרו את האותיות: ן-ח-ל-ו-ש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המילה המבולבלת למילה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צ-ע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ב-ל-כ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ח-ר-פ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(3-4 מילים), ואז כתבו אותו שוב כשהמילים מבולבלות. בקשו מחבר או מחברה לסדר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בת 4 אותיות לפחות. כתבו אותה פעם אחת בסדר נכון ופעם אחת כשהאותיות מבולבלות.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המילים: ספר / אני / קורא?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סדרו את האותיות ר-ו-פ-ס לקבלת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אחרי שמסדרים משפט או 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סידור מילים למשפטים וסידור אותיות למילים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